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נח ולך לך ואת המושגים המרכזיים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הרעיון של התחלה חדשה ואחריות כלפי הטבע והאורח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ומושגי יסוד כמו תיבה, קשת וברית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עלה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נח הכניס גם את משפחתו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הסימן שהתורה מתארת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 תיבה והציל 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(סימן של הבטחה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(הביאה עלה 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(יצאו למסע ופתחו את האוהל)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ובעלי החיים נכנסים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 שולח יונה והיא חוזרת עם עלה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שמזכירה חברות, עזרה, שייכות וחום לאדם זר או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תיבת עץ כדי להציל את משפחתו ובעלי החיים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וסימן של התחלה חדשה אחרי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פתחו את האוהל וקיבלו אותו בחום ובנדיבות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הרגשה של התחלה חדשה אחרי קושי, ולקשר זאת לקשת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הקטעים בקול לפני מילוי הדף, בדגש על המילים תיבה, קשת ולך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בכיתה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זו לומדים על נח שבנה תיבה והציל בעלי חיים, ועל אברהם ושרה שיצאו למסע אל ארץ חדשה ופתחו את האוהל לכל אורח.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תיבה  ·  גשם  ·  זית  ·  קשת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בנה נח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ירד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ארבעים יום וארבעים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היונה החזירה בפיה?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ענף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הכניס לתיבה רק בעלי חיים בלי משפחתו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הקשת מופיעה בשמים אחרי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נח בנה __________ גדולה מעץ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ירד __________ חזק במשך ארבעים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היונה חזרה עם עלה __________ בפיה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בשמים הופיעה __________ צבעונית אחרי המבול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הביאה עלה 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יצאו למסע ופתחו את האוהל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בנה תיבה והציל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סימן של הבטחה בשמים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בונה תיבה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שולח יונה והיא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ובעלי החיים נכנסים לתיבה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 גשם חזק ארבעים יום וארבעים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משפטים: למה חשוב לפתוח את הבית לאורחים, כמו שעשו אברהם ושרה?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בנה נח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מסמלת הקשת בשמים?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