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סיפורי נח ולך לך ואת המושגים המרכזיים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הרעיון של התחלה חדשה ואחריות כלפי הטבע והאורח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ומושגי יסוד כמו תיבה, קשת וברית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ארבעים יום וארבעים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עלה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הבטחה והתחלה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אל הארץ שיראה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פתוח לכל אורח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נח הכניס גם את משפחתו לתיבה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הסימן שהתורה מתארת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יצאו למסע אל ארץ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האוהל שלהם היה פתוח לכל אורח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המבול נמשך ארבעים יום וארבעים 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אורח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(בנה תיבה והציל בעלי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(סימן של הבטחה בשמים)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(הביאה עלה זית)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(יצאו למסע ופתחו את האוהל)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(גשם חזק שכיסה את הארץ)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הרצף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 בונה תיבה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ובעלי החיים נכנסים לתיבה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 גשם חזק ארבעים יום וארבעים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נח שולח יונה והיא חוזרת עם עלה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כולם יוצאים מהתיבה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מופיעה קשת צבעונית בשמים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שמזכירה חברות, עזרה, שייכות וחום לאדם זר או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שמתארת קושי והתחלה חדשה, רגש של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תיבת עץ כדי להציל את משפחתו ובעלי החיים מהמבול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הבטחה וסימן של התחלה חדשה אחרי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פתחו את האוהל וקיבלו אותו בחום ובנדיבות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הרגשה של התחלה חדשה אחרי קושי, ולקשר זאת לקשת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הקטעים בקול לפני מילוי הדף, בדגש על המילים תיבה, קשת ולך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בכיתה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נח בנה תיבה גדולה. אברהם ושרה יצאו למסע. שניהם מתחילים משהו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סירה גדולה מעץ שבנה נח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 חזק מאוד שכיסה את כל הארץ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צבעים בשמים אחרי הגשם, סימן של הבטחה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חשובה בין שניים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לך לך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ציווי ללכת, לצאת למסע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אוהל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זמני שאברהם ושרה גרו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הכנסת אורחים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לפתוח את הבית ולעזור לאורח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ארוכה ממקום למקום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החומר של התיבה?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ירד הגשם החזק?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ארבעים יום וארבעים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ציפור נח שלח?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עורב בלבד ולא עוד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בפי היונה?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ענף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עלה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הקשת מסמלת?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שיבוא עוד מבול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הבטחה והתחלה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שהגשם ימשיך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לאן אברהם הלך?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הארץ שיראה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להישאר בביתו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איך היה האוהל שלהם לאורחים?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סגור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פתוח רק 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פתוח לכל אורח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נסגר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הכניס לתיבה רק בעלי חיים בלי משפחתו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הקשת מופיעה בשמים אחרי הגשם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אברהם ושרה נשארו כל חייהם במקום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אורחים היא ערך חשוב בסיפור אברהם ושרה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המבול נמשך יום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נח בנה __________ גדולה מעץ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ירד __________ חזק במשך ארבעים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היונה חזרה עם עלה __________ בפיה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בשמים הופיעה __________ צבעונית אחרי 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ה' אמר לאברהם: __________ לך מארצך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האוהל של אברהם ושרה היה פתוח לכל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יצאו למסע ופתחו את האוהל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בנה תיבה והציל בעלי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סימן של הבטחה בשמים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אברהם ושרה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גשם חזק שכיסה את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הביאה עלה זית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 חזק ארבעים יום וארבעים 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מופיעה קשת צבעונית בשמים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שולח יונה והיא חוזרת עם עלה 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יוצאים מהתיבה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בונה תיבה גדולה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ובעלי החיים נכנסים לתיבה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משפטים: למה חשוב לפתוח את הבית לאורחים, כמו שעשו אברהם ושרה?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הקשת מופיעה אחרי הסערה. ספרו על זמן שהיה לכם קשה ואחר כך הרגשתם טוב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בנה נח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מסמלת הקשת בשמים?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אברהם ושרה עשו כשאורח הגיע לאוהל שלהם?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נח ולך לך – תיבה, קשת ומסע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